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b/>
                <w:color w:val="1D4D2B"/>
                <w:sz w:val="26"/>
              </w:rPr>
              <w:t>[Your Company Logo]</w:t>
            </w:r>
          </w:p>
          <w:p>
            <w:r>
              <w:rPr>
                <w:color w:val="5C6660"/>
                <w:sz w:val="17"/>
              </w:rPr>
              <w:t>Company Name</w:t>
              <w:br/>
              <w:t>Street Address, City, State ZIP</w:t>
              <w:br/>
              <w:t>Phone · Email · Website</w:t>
              <w:br/>
              <w:t>License #: __________ · Insured: General Liability &amp; Workers' Comp</w:t>
            </w:r>
          </w:p>
        </w:tc>
        <w:tc>
          <w:tcPr>
            <w:tcW w:type="dxa" w:w="5256"/>
          </w:tcPr>
          <w:p>
            <w:pPr>
              <w:jc w:val="right"/>
            </w:pPr>
            <w:r>
              <w:rPr>
                <w:b/>
                <w:color w:val="E8A13A"/>
                <w:sz w:val="40"/>
              </w:rPr>
              <w:t>INVOICE</w:t>
            </w:r>
          </w:p>
          <w:p>
            <w:pPr>
              <w:jc w:val="right"/>
            </w:pPr>
            <w:r>
              <w:rPr>
                <w:color w:val="1A1F1C"/>
                <w:sz w:val="18"/>
              </w:rPr>
              <w:t>Invoice #: __________</w:t>
            </w:r>
          </w:p>
          <w:p>
            <w:pPr>
              <w:jc w:val="right"/>
            </w:pPr>
            <w:r>
              <w:rPr>
                <w:color w:val="1A1F1C"/>
                <w:sz w:val="18"/>
              </w:rPr>
              <w:t>Related estimate #: __________ (if applicable)</w:t>
            </w:r>
          </w:p>
          <w:p>
            <w:pPr>
              <w:jc w:val="right"/>
            </w:pPr>
            <w:r>
              <w:rPr>
                <w:color w:val="1A1F1C"/>
                <w:sz w:val="18"/>
              </w:rPr>
              <w:t>Date completed: __________</w:t>
            </w:r>
          </w:p>
          <w:p>
            <w:pPr>
              <w:jc w:val="right"/>
            </w:pPr>
            <w:r>
              <w:rPr>
                <w:color w:val="1A1F1C"/>
                <w:sz w:val="18"/>
              </w:rPr>
              <w:t>Invoice date: __________</w:t>
            </w:r>
          </w:p>
          <w:p>
            <w:pPr>
              <w:jc w:val="right"/>
            </w:pPr>
            <w:r>
              <w:rPr>
                <w:color w:val="1A1F1C"/>
                <w:sz w:val="18"/>
              </w:rPr>
              <w:t>Payment due date: __________ (15 days standard)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b/>
                <w:sz w:val="20"/>
              </w:rPr>
              <w:t>BILL TO</w:t>
            </w:r>
          </w:p>
          <w:p>
            <w:r>
              <w:rPr>
                <w:sz w:val="20"/>
              </w:rPr>
              <w:t>Name: ____________________________</w:t>
            </w:r>
          </w:p>
          <w:p>
            <w:r>
              <w:rPr>
                <w:sz w:val="20"/>
              </w:rPr>
              <w:t>Address: __________________________</w:t>
            </w:r>
          </w:p>
          <w:p>
            <w:r>
              <w:rPr>
                <w:sz w:val="20"/>
              </w:rPr>
              <w:t>Phone: ____________________________</w:t>
            </w:r>
          </w:p>
          <w:p>
            <w:r>
              <w:rPr>
                <w:sz w:val="20"/>
              </w:rPr>
              <w:t>Email: ____________________________</w:t>
            </w:r>
          </w:p>
        </w:tc>
        <w:tc>
          <w:tcPr>
            <w:tcW w:type="dxa" w:w="5256"/>
          </w:tcPr>
          <w:p>
            <w:r>
              <w:rPr>
                <w:b/>
                <w:sz w:val="20"/>
              </w:rPr>
              <w:t>JOB SITE (if different from Bill To)</w:t>
            </w:r>
          </w:p>
          <w:p>
            <w:r>
              <w:rPr>
                <w:sz w:val="20"/>
              </w:rPr>
              <w:t>Property address: __________________</w:t>
            </w:r>
          </w:p>
        </w:tc>
      </w:tr>
    </w:tbl>
    <w:p/>
    <w:p>
      <w:pPr>
        <w:spacing w:before="280" w:after="80"/>
      </w:pPr>
      <w:r>
        <w:rPr>
          <w:b/>
          <w:color w:val="1D4D2B"/>
          <w:sz w:val="26"/>
        </w:rPr>
        <w:t>Invoice details (should match the original estimate — no surprise charges)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5c9"/>
          <w:left w:val="single" w:sz="4" w:color="d9d5c9"/>
          <w:bottom w:val="single" w:sz="4" w:color="d9d5c9"/>
          <w:right w:val="single" w:sz="4" w:color="d9d5c9"/>
          <w:insideH w:val="single" w:sz="4" w:color="d9d5c9"/>
          <w:insideV w:val="single" w:sz="4" w:color="d9d5c9"/>
        </w:tblBorders>
      </w:tblPr>
      <w:tblGrid>
        <w:gridCol w:w="2102"/>
        <w:gridCol w:w="2102"/>
        <w:gridCol w:w="2102"/>
        <w:gridCol w:w="2102"/>
        <w:gridCol w:w="2102"/>
      </w:tblGrid>
      <w:tr>
        <w:tc>
          <w:tcPr>
            <w:tcW w:type="dxa" w:w="4320"/>
            <w:shd w:fill="f0eee6"/>
          </w:tcPr>
          <w:p>
            <w:r>
              <w:rPr>
                <w:b/>
                <w:color w:val="5C6660"/>
                <w:sz w:val="17"/>
              </w:rPr>
              <w:t>Description</w:t>
            </w:r>
          </w:p>
        </w:tc>
        <w:tc>
          <w:tcPr>
            <w:tcW w:type="dxa" w:w="792"/>
            <w:shd w:fill="f0eee6"/>
          </w:tcPr>
          <w:p>
            <w:pPr>
              <w:jc w:val="right"/>
            </w:pPr>
            <w:r>
              <w:rPr>
                <w:b/>
                <w:color w:val="5C6660"/>
                <w:sz w:val="17"/>
              </w:rPr>
              <w:t>Qty</w:t>
            </w:r>
          </w:p>
        </w:tc>
        <w:tc>
          <w:tcPr>
            <w:tcW w:type="dxa" w:w="936"/>
            <w:shd w:fill="f0eee6"/>
          </w:tcPr>
          <w:p>
            <w:pPr>
              <w:jc w:val="right"/>
            </w:pPr>
            <w:r>
              <w:rPr>
                <w:b/>
                <w:color w:val="5C6660"/>
                <w:sz w:val="17"/>
              </w:rPr>
              <w:t>Unit</w:t>
            </w:r>
          </w:p>
        </w:tc>
        <w:tc>
          <w:tcPr>
            <w:tcW w:type="dxa" w:w="1296"/>
            <w:shd w:fill="f0eee6"/>
          </w:tcPr>
          <w:p>
            <w:pPr>
              <w:jc w:val="right"/>
            </w:pPr>
            <w:r>
              <w:rPr>
                <w:b/>
                <w:color w:val="5C6660"/>
                <w:sz w:val="17"/>
              </w:rPr>
              <w:t>Rate</w:t>
            </w:r>
          </w:p>
        </w:tc>
        <w:tc>
          <w:tcPr>
            <w:tcW w:type="dxa" w:w="1296"/>
            <w:shd w:fill="f0eee6"/>
          </w:tcPr>
          <w:p>
            <w:pPr>
              <w:jc w:val="right"/>
            </w:pPr>
            <w:r>
              <w:rPr>
                <w:b/>
                <w:color w:val="5C6660"/>
                <w:sz w:val="17"/>
              </w:rPr>
              <w:t>Amount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Tree removal — species, height, access as quoted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  <w:t>ea.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Stump grinding — diameter ______ in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  <w:t>ea.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Trimming / pruning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  <w:t>ea./hr.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Cabling / bracing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  <w:t>ea.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Debris haul-away and disposal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  <w:t>load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Additional work approved on-site (write in, pre-approved): __________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Subtotal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Tax (if applicable): __________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$______</w:t>
            </w:r>
          </w:p>
        </w:tc>
      </w:tr>
      <w:tr>
        <w:tc>
          <w:tcPr>
            <w:tcW w:type="dxa" w:w="4320"/>
          </w:tcPr>
          <w:p>
            <w:r>
              <w:rPr>
                <w:sz w:val="17"/>
              </w:rPr>
              <w:t>Deposit already paid (subtract): __________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sz w:val="17"/>
              </w:rPr>
              <w:t>-$______</w:t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17"/>
              </w:rPr>
              <w:t>TOTAL DUE</w:t>
            </w:r>
          </w:p>
        </w:tc>
        <w:tc>
          <w:tcPr>
            <w:tcW w:type="dxa" w:w="792"/>
          </w:tcPr>
          <w:p>
            <w:pPr>
              <w:jc w:val="right"/>
            </w:pPr>
            <w:r>
              <w:rPr>
                <w:b/>
                <w:sz w:val="17"/>
              </w:rPr>
            </w:r>
          </w:p>
        </w:tc>
        <w:tc>
          <w:tcPr>
            <w:tcW w:type="dxa" w:w="936"/>
          </w:tcPr>
          <w:p>
            <w:pPr>
              <w:jc w:val="right"/>
            </w:pPr>
            <w:r>
              <w:rPr>
                <w:b/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b/>
                <w:sz w:val="17"/>
              </w:rPr>
            </w:r>
          </w:p>
        </w:tc>
        <w:tc>
          <w:tcPr>
            <w:tcW w:type="dxa" w:w="1296"/>
          </w:tcPr>
          <w:p>
            <w:pPr>
              <w:jc w:val="right"/>
            </w:pPr>
            <w:r>
              <w:rPr>
                <w:b/>
                <w:sz w:val="17"/>
              </w:rPr>
              <w:t>$______</w:t>
            </w:r>
          </w:p>
        </w:tc>
      </w:tr>
    </w:tbl>
    <w:p/>
    <w:p>
      <w:pPr>
        <w:spacing w:before="280" w:after="80"/>
      </w:pPr>
      <w:r>
        <w:rPr>
          <w:b/>
          <w:color w:val="1D4D2B"/>
          <w:sz w:val="26"/>
        </w:rPr>
        <w:t>Payment</w:t>
      </w:r>
    </w:p>
    <w:p>
      <w:pPr>
        <w:spacing w:after="80"/>
      </w:pPr>
      <w:r>
        <w:rPr>
          <w:color w:val="1A1F1C"/>
          <w:sz w:val="20"/>
        </w:rPr>
        <w:t>Amount due: $______</w:t>
        <w:br/>
        <w:t>Due date: __________ (15 days from invoice date, standard — adjust per your own terms)</w:t>
        <w:br/>
        <w:t>Accepted payment methods: [ ] Cash [ ] Check [ ] Card [ ] ACH/bank transfer [ ] Online payment link</w:t>
        <w:br/>
        <w:t>Late payment: a late fee of ______% may apply to balances unpaid after the due date (state your own policy — this line is optional).</w:t>
      </w:r>
    </w:p>
    <w:p/>
    <w:p>
      <w:pPr>
        <w:spacing w:after="60"/>
      </w:pPr>
      <w:r>
        <w:rPr>
          <w:i w:val="0"/>
          <w:color w:val="5C6660"/>
          <w:sz w:val="17"/>
        </w:rPr>
        <w:t>Thank you for your business. Please remit payment by the due date above.</w:t>
        <w:br/>
        <w:t>Questions about this invoice? Contact us at [Phone] or [Email].</w:t>
      </w:r>
    </w:p>
    <w:p>
      <w:pPr>
        <w:spacing w:after="60"/>
      </w:pPr>
      <w:r>
        <w:rPr>
          <w:i w:val="0"/>
          <w:color w:val="5C6660"/>
          <w:sz w:val="17"/>
        </w:rPr>
        <w:t>[Company Name] · [Phone] · [Email] · [Website] · License #: [_______]</w:t>
      </w:r>
    </w:p>
    <w:p>
      <w:pPr>
        <w:spacing w:after="60"/>
      </w:pPr>
      <w:r>
        <w:rPr>
          <w:i w:val="0"/>
          <w:color w:val="5C6660"/>
          <w:sz w:val="17"/>
        </w:rPr>
        <w:t>[Company Name] carries general liability insurance and, where applicable, workers' compensation coverage. A Certificate of Insurance (COI) is available on request.</w:t>
      </w:r>
    </w:p>
    <w:p>
      <w:pPr>
        <w:spacing w:after="60"/>
      </w:pPr>
      <w:r>
        <w:rPr>
          <w:i w:val="0"/>
          <w:color w:val="9AA39C"/>
          <w:sz w:val="18"/>
        </w:rPr>
        <w:t>Free template provided by ArboristDesk (arboristdesk.com) — tree service software for estimating, scheduling, invoicing and QuickBooks sync. This document is a neutral, fillable template for any tree service company to use; it carries no obligation to use ArboristDesk software.</w:t>
      </w:r>
    </w:p>
    <w:sectPr w:rsidR="00FC693F" w:rsidRPr="0006063C" w:rsidSect="00034616">
      <w:pgSz w:w="12240" w:h="15840"/>
      <w:pgMar w:top="792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